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1F351" w14:textId="74977CEB" w:rsidR="00C1156C" w:rsidRPr="00C1156C" w:rsidRDefault="00C1156C" w:rsidP="00C1156C">
      <w:pPr>
        <w:jc w:val="center"/>
        <w:rPr>
          <w:b/>
          <w:bCs/>
          <w:sz w:val="32"/>
          <w:szCs w:val="32"/>
        </w:rPr>
      </w:pPr>
      <w:r w:rsidRPr="00C1156C">
        <w:rPr>
          <w:b/>
          <w:bCs/>
          <w:sz w:val="32"/>
          <w:szCs w:val="32"/>
        </w:rPr>
        <w:t>ATO DE MESA Nº. 01/2025</w:t>
      </w:r>
    </w:p>
    <w:p w14:paraId="3353BFFD" w14:textId="77777777" w:rsidR="00C1156C" w:rsidRDefault="00C1156C" w:rsidP="00C1156C">
      <w:pPr>
        <w:jc w:val="both"/>
      </w:pPr>
    </w:p>
    <w:p w14:paraId="2EF92481" w14:textId="59AD60EC" w:rsidR="00C1156C" w:rsidRDefault="00C1156C" w:rsidP="00C1156C">
      <w:pPr>
        <w:ind w:firstLine="1134"/>
        <w:jc w:val="both"/>
      </w:pPr>
      <w:r w:rsidRPr="00C1156C">
        <w:rPr>
          <w:b/>
          <w:bCs/>
        </w:rPr>
        <w:t>A MESA DA CÂMARA MUNICIPAL DE PARIQUERA-AÇU, ESTADO DE SÃO PAULO</w:t>
      </w:r>
      <w:r>
        <w:t>, no uso de suas atribuições legais e regimentais, em atendimento ao disposto no §6º do art. 39 da Constituição Federal, §10 do art. 123 da Lei Orgânica do Município de Pariquera-Açu e de acordo com as referências e os valores constantes na Lei Municipal nº 905, de 11 de fevereiro de 2025, torna público o valor mensal dos subsídios dos vereadores e dos vencimentos dos cargos da Câmara Municipal, conforme segue:</w:t>
      </w:r>
    </w:p>
    <w:p w14:paraId="26FA294E" w14:textId="77777777" w:rsidR="00C1156C" w:rsidRDefault="00C1156C" w:rsidP="00C1156C">
      <w:pPr>
        <w:jc w:val="both"/>
      </w:pPr>
    </w:p>
    <w:p w14:paraId="660F50E7" w14:textId="7E07C88D" w:rsidR="00C1156C" w:rsidRDefault="00C1156C" w:rsidP="00BC0F81">
      <w:pPr>
        <w:spacing w:line="240" w:lineRule="auto"/>
        <w:jc w:val="both"/>
      </w:pPr>
      <w:r>
        <w:t xml:space="preserve">Subsídio do Presidente: </w:t>
      </w:r>
      <w:r w:rsidR="00C5396E">
        <w:t xml:space="preserve">.................................................................................................. </w:t>
      </w:r>
      <w:r>
        <w:t>R$ 5.000,00</w:t>
      </w:r>
    </w:p>
    <w:p w14:paraId="749F9744" w14:textId="7C5A3DBF" w:rsidR="00C1156C" w:rsidRDefault="00C1156C" w:rsidP="00BC0F81">
      <w:pPr>
        <w:spacing w:line="240" w:lineRule="auto"/>
        <w:jc w:val="both"/>
      </w:pPr>
      <w:r>
        <w:t xml:space="preserve">Subsídios dos Vereadores: </w:t>
      </w:r>
      <w:r w:rsidR="00C5396E">
        <w:t xml:space="preserve">............................................................................................. </w:t>
      </w:r>
      <w:r>
        <w:t>R$ 3.700,00</w:t>
      </w:r>
    </w:p>
    <w:p w14:paraId="297AF461" w14:textId="77777777" w:rsidR="00C1156C" w:rsidRDefault="00C1156C" w:rsidP="00C1156C">
      <w:pPr>
        <w:jc w:val="both"/>
      </w:pPr>
    </w:p>
    <w:p w14:paraId="6CFDFDA2" w14:textId="77777777" w:rsidR="00C1156C" w:rsidRPr="00C5396E" w:rsidRDefault="00C1156C" w:rsidP="00C1156C">
      <w:pPr>
        <w:jc w:val="both"/>
        <w:rPr>
          <w:b/>
          <w:bCs/>
        </w:rPr>
      </w:pPr>
      <w:r w:rsidRPr="00C5396E">
        <w:rPr>
          <w:b/>
          <w:bCs/>
        </w:rPr>
        <w:t>CARGOS EFETIVOS</w:t>
      </w:r>
    </w:p>
    <w:p w14:paraId="66F82C3B" w14:textId="77777777" w:rsidR="00C1156C" w:rsidRDefault="00C1156C" w:rsidP="00C1156C">
      <w:pPr>
        <w:jc w:val="both"/>
      </w:pPr>
    </w:p>
    <w:p w14:paraId="59C5C15A" w14:textId="52A9AC7E" w:rsidR="00C1156C" w:rsidRDefault="00C1156C" w:rsidP="00BC0F81">
      <w:pPr>
        <w:spacing w:line="240" w:lineRule="auto"/>
        <w:jc w:val="both"/>
      </w:pPr>
      <w:r>
        <w:t>Diretor de Contabilidade</w:t>
      </w:r>
      <w:r w:rsidR="00C5396E">
        <w:t xml:space="preserve"> (Referência 7):</w:t>
      </w:r>
      <w:r w:rsidRPr="00C5396E">
        <w:t xml:space="preserve"> </w:t>
      </w:r>
      <w:r w:rsidR="00C5396E">
        <w:t>.......................................................................</w:t>
      </w:r>
      <w:r>
        <w:t xml:space="preserve"> R$ 9.804,98</w:t>
      </w:r>
    </w:p>
    <w:p w14:paraId="12978572" w14:textId="00890880" w:rsidR="00C1156C" w:rsidRDefault="00C1156C" w:rsidP="00BC0F81">
      <w:pPr>
        <w:spacing w:line="240" w:lineRule="auto"/>
        <w:ind w:right="-234"/>
        <w:jc w:val="both"/>
      </w:pPr>
      <w:r>
        <w:t xml:space="preserve">Controlador Interno (Referência 5): </w:t>
      </w:r>
      <w:r w:rsidR="00C5396E">
        <w:t xml:space="preserve">.............................................................................. </w:t>
      </w:r>
      <w:r>
        <w:t>R$ 6.965,16</w:t>
      </w:r>
    </w:p>
    <w:p w14:paraId="59E72188" w14:textId="77141218" w:rsidR="00C1156C" w:rsidRDefault="00C1156C" w:rsidP="00BC0F81">
      <w:pPr>
        <w:spacing w:line="240" w:lineRule="auto"/>
        <w:jc w:val="both"/>
      </w:pPr>
      <w:r>
        <w:t xml:space="preserve">Procurador da Câmara Municipal (Referência 4-A): </w:t>
      </w:r>
      <w:r w:rsidR="00C5396E">
        <w:t xml:space="preserve">...................................................... </w:t>
      </w:r>
      <w:r>
        <w:t>R$ 6.543,67</w:t>
      </w:r>
    </w:p>
    <w:p w14:paraId="12FE4450" w14:textId="65E8F3C6" w:rsidR="00C1156C" w:rsidRDefault="00C1156C" w:rsidP="00BC0F81">
      <w:pPr>
        <w:spacing w:line="240" w:lineRule="auto"/>
        <w:jc w:val="both"/>
      </w:pPr>
      <w:r>
        <w:t>Analista de Licitações (Referência 4)</w:t>
      </w:r>
      <w:r w:rsidR="00C5396E">
        <w:t>:</w:t>
      </w:r>
      <w:r>
        <w:t xml:space="preserve"> </w:t>
      </w:r>
      <w:r w:rsidR="00C5396E">
        <w:t xml:space="preserve">............................................................................ </w:t>
      </w:r>
      <w:r>
        <w:t>R$ 5.572,66</w:t>
      </w:r>
    </w:p>
    <w:p w14:paraId="3F8F65BD" w14:textId="7928F1C8" w:rsidR="00C1156C" w:rsidRDefault="00C1156C" w:rsidP="00BC0F81">
      <w:pPr>
        <w:spacing w:line="240" w:lineRule="auto"/>
        <w:jc w:val="both"/>
      </w:pPr>
      <w:r>
        <w:t>Analista Legislativo (Referência 4)</w:t>
      </w:r>
      <w:r w:rsidR="00C5396E">
        <w:t>:</w:t>
      </w:r>
      <w:r>
        <w:t xml:space="preserve"> </w:t>
      </w:r>
      <w:r w:rsidR="00C5396E">
        <w:t xml:space="preserve">............................................................................... </w:t>
      </w:r>
      <w:r>
        <w:t>R$ 5.572,66</w:t>
      </w:r>
    </w:p>
    <w:p w14:paraId="7B3ED1BB" w14:textId="3D82FCF4" w:rsidR="00C1156C" w:rsidRDefault="00C1156C" w:rsidP="00BC0F81">
      <w:pPr>
        <w:spacing w:line="240" w:lineRule="auto"/>
        <w:jc w:val="both"/>
      </w:pPr>
      <w:r>
        <w:t>Agente Legislativo (Referência 3):</w:t>
      </w:r>
      <w:r w:rsidR="00C5396E">
        <w:t xml:space="preserve"> ................................................................................ </w:t>
      </w:r>
      <w:r>
        <w:t>R$ 4.249,86</w:t>
      </w:r>
    </w:p>
    <w:p w14:paraId="3400FD7A" w14:textId="398B2716" w:rsidR="00C1156C" w:rsidRDefault="00C1156C" w:rsidP="00BC0F81">
      <w:pPr>
        <w:spacing w:line="240" w:lineRule="auto"/>
        <w:jc w:val="both"/>
      </w:pPr>
      <w:r>
        <w:t xml:space="preserve">Motorista (Referência 2): </w:t>
      </w:r>
      <w:r w:rsidR="00C5396E">
        <w:t xml:space="preserve">............................................................................................... </w:t>
      </w:r>
      <w:r>
        <w:t>R$ 3.013,74</w:t>
      </w:r>
    </w:p>
    <w:p w14:paraId="2509059E" w14:textId="2BEB8B5B" w:rsidR="00C1156C" w:rsidRDefault="00C1156C" w:rsidP="00BC0F81">
      <w:pPr>
        <w:spacing w:line="240" w:lineRule="auto"/>
        <w:jc w:val="both"/>
      </w:pPr>
      <w:r>
        <w:t xml:space="preserve">Agente de Serviços Gerais (Referência 1): </w:t>
      </w:r>
      <w:r w:rsidR="00C5396E">
        <w:t xml:space="preserve">.................................................................... </w:t>
      </w:r>
      <w:r>
        <w:t>R$ 2.866,81</w:t>
      </w:r>
    </w:p>
    <w:p w14:paraId="26734216" w14:textId="3E31D892" w:rsidR="00C1156C" w:rsidRDefault="00C1156C" w:rsidP="00BC0F81">
      <w:pPr>
        <w:spacing w:line="240" w:lineRule="auto"/>
        <w:jc w:val="both"/>
      </w:pPr>
      <w:r>
        <w:t>Vigia (Referência 1):</w:t>
      </w:r>
      <w:r w:rsidR="00C5396E">
        <w:t xml:space="preserve"> ..................................................................................................... </w:t>
      </w:r>
      <w:r>
        <w:t>R$ 2.866,81</w:t>
      </w:r>
    </w:p>
    <w:p w14:paraId="341DDC9B" w14:textId="77777777" w:rsidR="00C1156C" w:rsidRDefault="00C1156C" w:rsidP="00C1156C">
      <w:pPr>
        <w:jc w:val="both"/>
      </w:pPr>
    </w:p>
    <w:p w14:paraId="78A4E8EB" w14:textId="081E3E18" w:rsidR="00C1156C" w:rsidRDefault="00BC0F81" w:rsidP="00C1156C">
      <w:pPr>
        <w:jc w:val="both"/>
      </w:pPr>
      <w:r>
        <w:t>R</w:t>
      </w:r>
      <w:r w:rsidR="00C1156C">
        <w:t>egistre-se, publique-se e cumpra-se.</w:t>
      </w:r>
    </w:p>
    <w:p w14:paraId="1788189A" w14:textId="77777777" w:rsidR="00C1156C" w:rsidRDefault="00C1156C" w:rsidP="00C1156C">
      <w:pPr>
        <w:jc w:val="both"/>
      </w:pPr>
    </w:p>
    <w:p w14:paraId="69886B91" w14:textId="4D562527" w:rsidR="00C1156C" w:rsidRDefault="00C1156C" w:rsidP="00C1156C">
      <w:pPr>
        <w:jc w:val="center"/>
      </w:pPr>
      <w:r>
        <w:lastRenderedPageBreak/>
        <w:t>Gabinete da Presidência da Câmara Municipal, aos 0</w:t>
      </w:r>
      <w:r w:rsidR="00D255AA">
        <w:t>4</w:t>
      </w:r>
      <w:r>
        <w:t xml:space="preserve"> dias do mês de agosto de 2025.</w:t>
      </w:r>
    </w:p>
    <w:p w14:paraId="31937E9B" w14:textId="77777777" w:rsidR="00C1156C" w:rsidRPr="00BC0F81" w:rsidRDefault="00C1156C" w:rsidP="00C1156C">
      <w:pPr>
        <w:jc w:val="both"/>
        <w:rPr>
          <w:b/>
          <w:bCs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BC0F81" w:rsidRPr="00BC0F81" w14:paraId="36207AF3" w14:textId="77777777" w:rsidTr="00BC0F81">
        <w:tc>
          <w:tcPr>
            <w:tcW w:w="4697" w:type="dxa"/>
          </w:tcPr>
          <w:p w14:paraId="662D49A9" w14:textId="77777777" w:rsidR="00BC0F81" w:rsidRPr="00BC0F81" w:rsidRDefault="00BC0F81" w:rsidP="00BC0F81">
            <w:pPr>
              <w:jc w:val="center"/>
              <w:rPr>
                <w:b/>
                <w:bCs/>
              </w:rPr>
            </w:pPr>
            <w:r w:rsidRPr="00BC0F81">
              <w:rPr>
                <w:b/>
                <w:bCs/>
              </w:rPr>
              <w:t>MILTON TICACA</w:t>
            </w:r>
          </w:p>
          <w:p w14:paraId="32046464" w14:textId="08E54DB1" w:rsidR="00BC0F81" w:rsidRPr="00BC0F81" w:rsidRDefault="00BC0F81" w:rsidP="00BC0F81">
            <w:pPr>
              <w:jc w:val="center"/>
              <w:rPr>
                <w:b/>
                <w:bCs/>
              </w:rPr>
            </w:pPr>
            <w:r w:rsidRPr="00BC0F81">
              <w:rPr>
                <w:b/>
                <w:bCs/>
              </w:rPr>
              <w:t>Presidente</w:t>
            </w:r>
          </w:p>
        </w:tc>
        <w:tc>
          <w:tcPr>
            <w:tcW w:w="4698" w:type="dxa"/>
          </w:tcPr>
          <w:p w14:paraId="7207781A" w14:textId="77777777" w:rsidR="00BC0F81" w:rsidRPr="00BC0F81" w:rsidRDefault="00BC0F81" w:rsidP="00BC0F81">
            <w:pPr>
              <w:jc w:val="center"/>
              <w:rPr>
                <w:b/>
                <w:bCs/>
              </w:rPr>
            </w:pPr>
            <w:r w:rsidRPr="00BC0F81">
              <w:rPr>
                <w:b/>
                <w:bCs/>
              </w:rPr>
              <w:t>LUCAS DENDEVITZ</w:t>
            </w:r>
          </w:p>
          <w:p w14:paraId="6D8C3029" w14:textId="581237A5" w:rsidR="00BC0F81" w:rsidRPr="00BC0F81" w:rsidRDefault="00BC0F81" w:rsidP="00BC0F81">
            <w:pPr>
              <w:jc w:val="center"/>
              <w:rPr>
                <w:b/>
                <w:bCs/>
              </w:rPr>
            </w:pPr>
            <w:r w:rsidRPr="00BC0F81">
              <w:rPr>
                <w:b/>
                <w:bCs/>
              </w:rPr>
              <w:t>Primeiro-secrtário</w:t>
            </w:r>
          </w:p>
        </w:tc>
      </w:tr>
      <w:tr w:rsidR="00BC0F81" w:rsidRPr="00BC0F81" w14:paraId="466A2A1B" w14:textId="77777777" w:rsidTr="00BC0F81">
        <w:tc>
          <w:tcPr>
            <w:tcW w:w="4697" w:type="dxa"/>
          </w:tcPr>
          <w:p w14:paraId="313FF5A7" w14:textId="77777777" w:rsidR="00BC0F81" w:rsidRPr="00BC0F81" w:rsidRDefault="00BC0F81" w:rsidP="00BC0F81">
            <w:pPr>
              <w:jc w:val="center"/>
              <w:rPr>
                <w:b/>
                <w:bCs/>
              </w:rPr>
            </w:pPr>
          </w:p>
          <w:p w14:paraId="179A3DE5" w14:textId="77777777" w:rsidR="00BC0F81" w:rsidRPr="00BC0F81" w:rsidRDefault="00BC0F81" w:rsidP="00BC0F81">
            <w:pPr>
              <w:jc w:val="center"/>
              <w:rPr>
                <w:b/>
                <w:bCs/>
              </w:rPr>
            </w:pPr>
          </w:p>
          <w:p w14:paraId="4294A86B" w14:textId="77777777" w:rsidR="00BC0F81" w:rsidRPr="00BC0F81" w:rsidRDefault="00BC0F81" w:rsidP="00BC0F81">
            <w:pPr>
              <w:jc w:val="center"/>
              <w:rPr>
                <w:b/>
                <w:bCs/>
              </w:rPr>
            </w:pPr>
          </w:p>
          <w:p w14:paraId="4FBDF2A8" w14:textId="77777777" w:rsidR="00BC0F81" w:rsidRPr="00BC0F81" w:rsidRDefault="00BC0F81" w:rsidP="00BC0F81">
            <w:pPr>
              <w:jc w:val="center"/>
              <w:rPr>
                <w:b/>
                <w:bCs/>
              </w:rPr>
            </w:pPr>
            <w:r w:rsidRPr="00BC0F81">
              <w:rPr>
                <w:b/>
                <w:bCs/>
              </w:rPr>
              <w:t>CLEITON MINEIRO</w:t>
            </w:r>
          </w:p>
          <w:p w14:paraId="17197F0B" w14:textId="4F160107" w:rsidR="00BC0F81" w:rsidRPr="00BC0F81" w:rsidRDefault="00BC0F81" w:rsidP="00BC0F81">
            <w:pPr>
              <w:jc w:val="center"/>
              <w:rPr>
                <w:b/>
                <w:bCs/>
              </w:rPr>
            </w:pPr>
            <w:r w:rsidRPr="00BC0F81">
              <w:rPr>
                <w:b/>
                <w:bCs/>
              </w:rPr>
              <w:t>Primeiro-secretário</w:t>
            </w:r>
          </w:p>
        </w:tc>
        <w:tc>
          <w:tcPr>
            <w:tcW w:w="4698" w:type="dxa"/>
          </w:tcPr>
          <w:p w14:paraId="606305E0" w14:textId="77777777" w:rsidR="00BC0F81" w:rsidRPr="00BC0F81" w:rsidRDefault="00BC0F81" w:rsidP="00BC0F81">
            <w:pPr>
              <w:jc w:val="center"/>
              <w:rPr>
                <w:b/>
                <w:bCs/>
              </w:rPr>
            </w:pPr>
          </w:p>
          <w:p w14:paraId="67799FA5" w14:textId="77777777" w:rsidR="00BC0F81" w:rsidRPr="00BC0F81" w:rsidRDefault="00BC0F81" w:rsidP="00BC0F81">
            <w:pPr>
              <w:jc w:val="center"/>
              <w:rPr>
                <w:b/>
                <w:bCs/>
              </w:rPr>
            </w:pPr>
          </w:p>
          <w:p w14:paraId="3658BEC2" w14:textId="77777777" w:rsidR="00BC0F81" w:rsidRPr="00BC0F81" w:rsidRDefault="00BC0F81" w:rsidP="00BC0F81">
            <w:pPr>
              <w:jc w:val="center"/>
              <w:rPr>
                <w:b/>
                <w:bCs/>
              </w:rPr>
            </w:pPr>
          </w:p>
          <w:p w14:paraId="45F917E6" w14:textId="77777777" w:rsidR="00BC0F81" w:rsidRPr="00BC0F81" w:rsidRDefault="00BC0F81" w:rsidP="00BC0F81">
            <w:pPr>
              <w:jc w:val="center"/>
              <w:rPr>
                <w:b/>
                <w:bCs/>
              </w:rPr>
            </w:pPr>
            <w:r w:rsidRPr="00BC0F81">
              <w:rPr>
                <w:b/>
                <w:bCs/>
              </w:rPr>
              <w:t>BENEDICTO MARTINS</w:t>
            </w:r>
          </w:p>
          <w:p w14:paraId="482B7667" w14:textId="75CF41E5" w:rsidR="00BC0F81" w:rsidRPr="00BC0F81" w:rsidRDefault="00BC0F81" w:rsidP="00BC0F81">
            <w:pPr>
              <w:jc w:val="center"/>
              <w:rPr>
                <w:b/>
                <w:bCs/>
              </w:rPr>
            </w:pPr>
            <w:r w:rsidRPr="00BC0F81">
              <w:rPr>
                <w:b/>
                <w:bCs/>
              </w:rPr>
              <w:t>Segundo-secretário</w:t>
            </w:r>
          </w:p>
        </w:tc>
      </w:tr>
    </w:tbl>
    <w:p w14:paraId="468806EB" w14:textId="77777777" w:rsidR="00BC0F81" w:rsidRDefault="00BC0F81" w:rsidP="00C1156C">
      <w:pPr>
        <w:jc w:val="both"/>
      </w:pPr>
    </w:p>
    <w:p w14:paraId="7B176EA2" w14:textId="61FBFF80" w:rsidR="00C1156C" w:rsidRDefault="00C1156C" w:rsidP="00C1156C"/>
    <w:p w14:paraId="17527C8B" w14:textId="4CFC4632" w:rsidR="00CF11BC" w:rsidRPr="00896111" w:rsidRDefault="00C1156C" w:rsidP="00C1156C">
      <w:pPr>
        <w:jc w:val="both"/>
      </w:pPr>
      <w:r>
        <w:t>REGISTRADO E PUBLICADO NA SEÇÃO DE SERVIÇOS ADMINISTRATIVOS DA CÂMARA MUNICIPAL DE PARIQUERA-AÇU/SP, NA PRESENTE DATA E ENCAMINHADO PARA PUBLICAÇÃO NO DIÁRIO OFICIAL DO MUNICÍPIO.</w:t>
      </w:r>
    </w:p>
    <w:sectPr w:rsidR="00CF11BC" w:rsidRPr="00896111" w:rsidSect="00034616">
      <w:headerReference w:type="default" r:id="rId8"/>
      <w:pgSz w:w="12240" w:h="15840"/>
      <w:pgMar w:top="170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DEF46" w14:textId="77777777" w:rsidR="005026FF" w:rsidRPr="00CB7D00" w:rsidRDefault="005026FF">
      <w:pPr>
        <w:spacing w:after="0" w:line="240" w:lineRule="auto"/>
      </w:pPr>
      <w:r w:rsidRPr="00CB7D00">
        <w:separator/>
      </w:r>
    </w:p>
  </w:endnote>
  <w:endnote w:type="continuationSeparator" w:id="0">
    <w:p w14:paraId="2AD100FC" w14:textId="77777777" w:rsidR="005026FF" w:rsidRPr="00CB7D00" w:rsidRDefault="005026FF">
      <w:pPr>
        <w:spacing w:after="0" w:line="240" w:lineRule="auto"/>
      </w:pPr>
      <w:r w:rsidRPr="00CB7D0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2473D" w14:textId="77777777" w:rsidR="005026FF" w:rsidRPr="00CB7D00" w:rsidRDefault="005026FF">
      <w:pPr>
        <w:spacing w:after="0" w:line="240" w:lineRule="auto"/>
      </w:pPr>
      <w:r w:rsidRPr="00CB7D00">
        <w:separator/>
      </w:r>
    </w:p>
  </w:footnote>
  <w:footnote w:type="continuationSeparator" w:id="0">
    <w:p w14:paraId="1D75255C" w14:textId="77777777" w:rsidR="005026FF" w:rsidRPr="00CB7D00" w:rsidRDefault="005026FF">
      <w:pPr>
        <w:spacing w:after="0" w:line="240" w:lineRule="auto"/>
      </w:pPr>
      <w:r w:rsidRPr="00CB7D0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FDE4A" w14:textId="77777777" w:rsidR="00703F3D" w:rsidRPr="00CB7D00" w:rsidRDefault="00035F8C">
    <w:pPr>
      <w:pStyle w:val="Cabealho"/>
      <w:jc w:val="center"/>
    </w:pPr>
    <w:r w:rsidRPr="00CB7D00">
      <w:rPr>
        <w:noProof/>
      </w:rPr>
      <w:drawing>
        <wp:inline distT="0" distB="0" distL="0" distR="0" wp14:anchorId="04E17FC0" wp14:editId="59EE9063">
          <wp:extent cx="5943600" cy="112928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_2024_fundo_b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11292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7955198">
    <w:abstractNumId w:val="8"/>
  </w:num>
  <w:num w:numId="2" w16cid:durableId="381834714">
    <w:abstractNumId w:val="6"/>
  </w:num>
  <w:num w:numId="3" w16cid:durableId="1399012131">
    <w:abstractNumId w:val="5"/>
  </w:num>
  <w:num w:numId="4" w16cid:durableId="1708023738">
    <w:abstractNumId w:val="4"/>
  </w:num>
  <w:num w:numId="5" w16cid:durableId="1725639562">
    <w:abstractNumId w:val="7"/>
  </w:num>
  <w:num w:numId="6" w16cid:durableId="203686143">
    <w:abstractNumId w:val="3"/>
  </w:num>
  <w:num w:numId="7" w16cid:durableId="438136894">
    <w:abstractNumId w:val="2"/>
  </w:num>
  <w:num w:numId="8" w16cid:durableId="1249120510">
    <w:abstractNumId w:val="1"/>
  </w:num>
  <w:num w:numId="9" w16cid:durableId="1204516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33FA"/>
    <w:rsid w:val="000304FC"/>
    <w:rsid w:val="00034616"/>
    <w:rsid w:val="00035F8C"/>
    <w:rsid w:val="0003776F"/>
    <w:rsid w:val="0006063C"/>
    <w:rsid w:val="00132AD4"/>
    <w:rsid w:val="0015074B"/>
    <w:rsid w:val="001934C6"/>
    <w:rsid w:val="001C6996"/>
    <w:rsid w:val="001E1D15"/>
    <w:rsid w:val="001E5337"/>
    <w:rsid w:val="0029639D"/>
    <w:rsid w:val="002E265F"/>
    <w:rsid w:val="00326F90"/>
    <w:rsid w:val="003F2D67"/>
    <w:rsid w:val="00422871"/>
    <w:rsid w:val="00430E43"/>
    <w:rsid w:val="004623A3"/>
    <w:rsid w:val="005026FF"/>
    <w:rsid w:val="00515A37"/>
    <w:rsid w:val="005A53E3"/>
    <w:rsid w:val="005C7325"/>
    <w:rsid w:val="0065784C"/>
    <w:rsid w:val="00703F3D"/>
    <w:rsid w:val="00707445"/>
    <w:rsid w:val="007579C1"/>
    <w:rsid w:val="00780C75"/>
    <w:rsid w:val="00795CC3"/>
    <w:rsid w:val="00843575"/>
    <w:rsid w:val="00896111"/>
    <w:rsid w:val="008A255B"/>
    <w:rsid w:val="009325DA"/>
    <w:rsid w:val="0098246B"/>
    <w:rsid w:val="009E7424"/>
    <w:rsid w:val="009F68DE"/>
    <w:rsid w:val="00A74DC7"/>
    <w:rsid w:val="00A74F87"/>
    <w:rsid w:val="00AA1D8D"/>
    <w:rsid w:val="00AB6E77"/>
    <w:rsid w:val="00B47730"/>
    <w:rsid w:val="00B62E10"/>
    <w:rsid w:val="00B94200"/>
    <w:rsid w:val="00BB32EB"/>
    <w:rsid w:val="00BC0F81"/>
    <w:rsid w:val="00BE2B92"/>
    <w:rsid w:val="00C1156C"/>
    <w:rsid w:val="00C212AB"/>
    <w:rsid w:val="00C5396E"/>
    <w:rsid w:val="00C61A4F"/>
    <w:rsid w:val="00CA2B78"/>
    <w:rsid w:val="00CB0664"/>
    <w:rsid w:val="00CB7D00"/>
    <w:rsid w:val="00CF11BC"/>
    <w:rsid w:val="00D255AA"/>
    <w:rsid w:val="00D646B1"/>
    <w:rsid w:val="00D85661"/>
    <w:rsid w:val="00DC4C4C"/>
    <w:rsid w:val="00DE3A75"/>
    <w:rsid w:val="00E57F3F"/>
    <w:rsid w:val="00ED1A95"/>
    <w:rsid w:val="00ED7693"/>
    <w:rsid w:val="00EF3345"/>
    <w:rsid w:val="00EF4EE8"/>
    <w:rsid w:val="00F7744F"/>
    <w:rsid w:val="00FB5839"/>
    <w:rsid w:val="00FC693F"/>
    <w:rsid w:val="00FE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54ADB0"/>
  <w14:defaultImageDpi w14:val="300"/>
  <w15:docId w15:val="{D9C398C8-1A9E-47F2-B87D-534E9D8C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372</Words>
  <Characters>2011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Secretaria da Câmara de Pariquera-Açu</dc:description>
  <cp:lastModifiedBy>Fabio Mandira</cp:lastModifiedBy>
  <cp:revision>4</cp:revision>
  <cp:lastPrinted>2025-06-04T18:30:00Z</cp:lastPrinted>
  <dcterms:created xsi:type="dcterms:W3CDTF">2025-07-31T12:48:00Z</dcterms:created>
  <dcterms:modified xsi:type="dcterms:W3CDTF">2025-08-01T20:46:00Z</dcterms:modified>
  <cp:category/>
</cp:coreProperties>
</file>