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644D2" w14:textId="569E024D" w:rsidR="00DC279E" w:rsidRPr="00FB0286" w:rsidRDefault="00DC279E" w:rsidP="00DC279E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FB0286">
        <w:rPr>
          <w:rFonts w:cs="Times New Roman"/>
          <w:b/>
          <w:bCs/>
          <w:sz w:val="28"/>
          <w:szCs w:val="24"/>
        </w:rPr>
        <w:t xml:space="preserve">PORTARIA Nº. </w:t>
      </w:r>
      <w:r w:rsidR="00FB0286">
        <w:rPr>
          <w:rFonts w:cs="Times New Roman"/>
          <w:b/>
          <w:bCs/>
          <w:sz w:val="28"/>
          <w:szCs w:val="24"/>
        </w:rPr>
        <w:t>04</w:t>
      </w:r>
      <w:r w:rsidRPr="00FB0286">
        <w:rPr>
          <w:rFonts w:cs="Times New Roman"/>
          <w:b/>
          <w:bCs/>
          <w:sz w:val="28"/>
          <w:szCs w:val="24"/>
        </w:rPr>
        <w:t xml:space="preserve"> DE </w:t>
      </w:r>
      <w:r w:rsidR="003C17C5">
        <w:rPr>
          <w:rFonts w:cs="Times New Roman"/>
          <w:b/>
          <w:bCs/>
          <w:sz w:val="28"/>
          <w:szCs w:val="24"/>
        </w:rPr>
        <w:t>10</w:t>
      </w:r>
      <w:r w:rsidRPr="00FB0286">
        <w:rPr>
          <w:rFonts w:cs="Times New Roman"/>
          <w:b/>
          <w:bCs/>
          <w:sz w:val="28"/>
          <w:szCs w:val="24"/>
        </w:rPr>
        <w:t xml:space="preserve"> DE M</w:t>
      </w:r>
      <w:r w:rsidR="00FB0286">
        <w:rPr>
          <w:rFonts w:cs="Times New Roman"/>
          <w:b/>
          <w:bCs/>
          <w:sz w:val="28"/>
          <w:szCs w:val="24"/>
        </w:rPr>
        <w:t>ARÇO</w:t>
      </w:r>
      <w:r w:rsidRPr="00FB0286">
        <w:rPr>
          <w:rFonts w:cs="Times New Roman"/>
          <w:b/>
          <w:bCs/>
          <w:sz w:val="28"/>
          <w:szCs w:val="24"/>
        </w:rPr>
        <w:t xml:space="preserve"> DE 202</w:t>
      </w:r>
      <w:r w:rsidR="003C17C5">
        <w:rPr>
          <w:rFonts w:cs="Times New Roman"/>
          <w:b/>
          <w:bCs/>
          <w:sz w:val="28"/>
          <w:szCs w:val="24"/>
        </w:rPr>
        <w:t>6</w:t>
      </w:r>
    </w:p>
    <w:p w14:paraId="247AD6C7" w14:textId="77777777" w:rsidR="00DC279E" w:rsidRPr="00FB0286" w:rsidRDefault="00DC279E" w:rsidP="00260B55">
      <w:pPr>
        <w:spacing w:after="0" w:line="240" w:lineRule="auto"/>
        <w:ind w:firstLine="5103"/>
        <w:rPr>
          <w:rFonts w:cs="Times New Roman"/>
        </w:rPr>
      </w:pPr>
    </w:p>
    <w:p w14:paraId="47BC4EE2" w14:textId="5666FFC4" w:rsidR="00DC279E" w:rsidRPr="00FB0286" w:rsidRDefault="00BD0BC6" w:rsidP="00FB0286">
      <w:pPr>
        <w:spacing w:after="0" w:line="276" w:lineRule="auto"/>
        <w:ind w:left="5040"/>
        <w:rPr>
          <w:rFonts w:cs="Times New Roman"/>
        </w:rPr>
      </w:pPr>
      <w:r w:rsidRPr="00FB0286">
        <w:rPr>
          <w:rFonts w:cs="Times New Roman"/>
        </w:rPr>
        <w:t xml:space="preserve">Dispõe sobre a concessão de licença-maternidade à </w:t>
      </w:r>
      <w:r w:rsidR="00FB0286">
        <w:rPr>
          <w:rFonts w:cs="Times New Roman"/>
        </w:rPr>
        <w:t>Servidora Pública</w:t>
      </w:r>
      <w:r w:rsidRPr="00FB0286">
        <w:rPr>
          <w:rFonts w:cs="Times New Roman"/>
        </w:rPr>
        <w:t>.</w:t>
      </w:r>
    </w:p>
    <w:p w14:paraId="7F4F6F47" w14:textId="77777777" w:rsidR="00BD0BC6" w:rsidRPr="00FB0286" w:rsidRDefault="00BD0BC6" w:rsidP="00AD38B0">
      <w:pPr>
        <w:spacing w:after="0"/>
        <w:ind w:left="5040" w:firstLine="63"/>
        <w:rPr>
          <w:rFonts w:cs="Times New Roman"/>
        </w:rPr>
      </w:pPr>
    </w:p>
    <w:p w14:paraId="1E2B2219" w14:textId="77777777" w:rsidR="00DC279E" w:rsidRPr="00FB0286" w:rsidRDefault="00DC279E" w:rsidP="00AD38B0">
      <w:pPr>
        <w:spacing w:after="0"/>
        <w:ind w:firstLine="1134"/>
        <w:rPr>
          <w:rFonts w:cs="Times New Roman"/>
        </w:rPr>
      </w:pPr>
      <w:r w:rsidRPr="00FB0286">
        <w:rPr>
          <w:rFonts w:cs="Times New Roman"/>
          <w:b/>
          <w:bCs/>
        </w:rPr>
        <w:t>A MESA DA CÂMARA MUNICIPAL DE PARIQUERA-AÇU</w:t>
      </w:r>
      <w:r w:rsidRPr="00FB0286">
        <w:rPr>
          <w:rFonts w:cs="Times New Roman"/>
        </w:rPr>
        <w:t xml:space="preserve">, ESTADO DE SÃO PAULO no uso de suas atribuições legais e regimentais, </w:t>
      </w:r>
    </w:p>
    <w:p w14:paraId="62647C28" w14:textId="77777777" w:rsidR="00A52823" w:rsidRPr="00FB0286" w:rsidRDefault="00A52823" w:rsidP="00AD38B0">
      <w:pPr>
        <w:spacing w:after="0"/>
        <w:ind w:firstLine="1134"/>
        <w:rPr>
          <w:rFonts w:cs="Times New Roman"/>
        </w:rPr>
      </w:pPr>
    </w:p>
    <w:p w14:paraId="2B5B13AB" w14:textId="69E88235" w:rsidR="003F63E6" w:rsidRPr="00FB0286" w:rsidRDefault="003F63E6" w:rsidP="008E3728">
      <w:pPr>
        <w:spacing w:after="0"/>
        <w:ind w:firstLine="1134"/>
        <w:rPr>
          <w:rFonts w:cs="Times New Roman"/>
        </w:rPr>
      </w:pPr>
      <w:r w:rsidRPr="00FB0286">
        <w:rPr>
          <w:rFonts w:cs="Times New Roman"/>
        </w:rPr>
        <w:t xml:space="preserve">Considerando, que a licença-maternidade é um direito fundamental assegurado </w:t>
      </w:r>
      <w:r w:rsidR="009C4AE8" w:rsidRPr="00FB0286">
        <w:rPr>
          <w:rFonts w:cs="Times New Roman"/>
        </w:rPr>
        <w:t>pela Constituição da República Federativa do Brasil</w:t>
      </w:r>
      <w:r w:rsidRPr="00FB0286">
        <w:rPr>
          <w:rFonts w:cs="Times New Roman"/>
        </w:rPr>
        <w:t xml:space="preserve">, visando à proteção da maternidade e </w:t>
      </w:r>
      <w:r w:rsidR="00AD38B0" w:rsidRPr="00FB0286">
        <w:rPr>
          <w:rFonts w:cs="Times New Roman"/>
        </w:rPr>
        <w:t>do</w:t>
      </w:r>
      <w:r w:rsidRPr="00FB0286">
        <w:rPr>
          <w:rFonts w:cs="Times New Roman"/>
        </w:rPr>
        <w:t xml:space="preserve"> bem-estar da criança;</w:t>
      </w:r>
    </w:p>
    <w:p w14:paraId="600E40BD" w14:textId="6D80663F" w:rsidR="003F63E6" w:rsidRPr="00FB0286" w:rsidRDefault="003F63E6" w:rsidP="008E3728">
      <w:pPr>
        <w:spacing w:after="0"/>
        <w:ind w:firstLine="1134"/>
        <w:rPr>
          <w:rFonts w:cs="Times New Roman"/>
        </w:rPr>
      </w:pPr>
      <w:r w:rsidRPr="00FB0286">
        <w:rPr>
          <w:rFonts w:cs="Times New Roman"/>
        </w:rPr>
        <w:t xml:space="preserve">Considerando, que a Câmara Municipal recebeu requerimento formal da </w:t>
      </w:r>
      <w:r w:rsidR="00FB0286">
        <w:rPr>
          <w:rFonts w:cs="Times New Roman"/>
        </w:rPr>
        <w:t>Servidora</w:t>
      </w:r>
      <w:r w:rsidRPr="00FB0286">
        <w:rPr>
          <w:rFonts w:cs="Times New Roman"/>
        </w:rPr>
        <w:t>, solicitando a concessão da licença-maternidade pelo período legalmente previsto, acompanhado d</w:t>
      </w:r>
      <w:r w:rsidR="00AD38B0" w:rsidRPr="00FB0286">
        <w:rPr>
          <w:rFonts w:cs="Times New Roman"/>
        </w:rPr>
        <w:t xml:space="preserve">o </w:t>
      </w:r>
      <w:r w:rsidRPr="00FB0286">
        <w:rPr>
          <w:rFonts w:cs="Times New Roman"/>
        </w:rPr>
        <w:t>respectiv</w:t>
      </w:r>
      <w:r w:rsidR="00AD38B0" w:rsidRPr="00FB0286">
        <w:rPr>
          <w:rFonts w:cs="Times New Roman"/>
        </w:rPr>
        <w:t>o</w:t>
      </w:r>
      <w:r w:rsidRPr="00FB0286">
        <w:rPr>
          <w:rFonts w:cs="Times New Roman"/>
        </w:rPr>
        <w:t xml:space="preserve"> </w:t>
      </w:r>
      <w:r w:rsidR="00AD38B0" w:rsidRPr="00FB0286">
        <w:rPr>
          <w:rFonts w:cs="Times New Roman"/>
        </w:rPr>
        <w:t>atestado médico</w:t>
      </w:r>
      <w:r w:rsidRPr="00FB0286">
        <w:rPr>
          <w:rFonts w:cs="Times New Roman"/>
        </w:rPr>
        <w:t>;</w:t>
      </w:r>
    </w:p>
    <w:p w14:paraId="77C7E56E" w14:textId="77777777" w:rsidR="00DC279E" w:rsidRPr="00FB0286" w:rsidRDefault="00DC279E" w:rsidP="00DC279E">
      <w:pPr>
        <w:spacing w:after="0"/>
        <w:rPr>
          <w:rFonts w:cs="Times New Roman"/>
        </w:rPr>
      </w:pPr>
    </w:p>
    <w:p w14:paraId="4AB9B0AF" w14:textId="77777777" w:rsidR="00DC279E" w:rsidRPr="00FB0286" w:rsidRDefault="00DC279E" w:rsidP="00DC279E">
      <w:pPr>
        <w:spacing w:after="0"/>
        <w:ind w:firstLine="1134"/>
        <w:rPr>
          <w:rFonts w:cs="Times New Roman"/>
          <w:b/>
          <w:bCs/>
        </w:rPr>
      </w:pPr>
      <w:r w:rsidRPr="00FB0286">
        <w:rPr>
          <w:rFonts w:cs="Times New Roman"/>
          <w:b/>
          <w:bCs/>
        </w:rPr>
        <w:t>RESOLVE:</w:t>
      </w:r>
    </w:p>
    <w:p w14:paraId="50BC1000" w14:textId="77777777" w:rsidR="00DC279E" w:rsidRPr="00FB0286" w:rsidRDefault="00DC279E" w:rsidP="00DC279E">
      <w:pPr>
        <w:spacing w:after="0"/>
        <w:rPr>
          <w:rFonts w:cs="Times New Roman"/>
        </w:rPr>
      </w:pPr>
    </w:p>
    <w:p w14:paraId="2F2FFC25" w14:textId="36D02DD5" w:rsidR="002D1DC9" w:rsidRPr="00FB0286" w:rsidRDefault="002D1DC9" w:rsidP="002D1DC9">
      <w:pPr>
        <w:spacing w:after="0"/>
        <w:ind w:firstLine="1134"/>
        <w:rPr>
          <w:rFonts w:cs="Times New Roman"/>
        </w:rPr>
      </w:pPr>
      <w:r w:rsidRPr="00FB0286">
        <w:rPr>
          <w:rFonts w:cs="Times New Roman"/>
          <w:b/>
          <w:bCs/>
        </w:rPr>
        <w:t>Art. 1º</w:t>
      </w:r>
      <w:r w:rsidRPr="00FB0286">
        <w:rPr>
          <w:rFonts w:cs="Times New Roman"/>
        </w:rPr>
        <w:t xml:space="preserve"> Fica concedida à </w:t>
      </w:r>
      <w:r w:rsidR="003C17C5">
        <w:rPr>
          <w:rFonts w:cs="Times New Roman"/>
        </w:rPr>
        <w:t>Servidora</w:t>
      </w:r>
      <w:r w:rsidRPr="00FB0286">
        <w:rPr>
          <w:rFonts w:cs="Times New Roman"/>
        </w:rPr>
        <w:t xml:space="preserve"> </w:t>
      </w:r>
      <w:proofErr w:type="spellStart"/>
      <w:r w:rsidR="00FB0286" w:rsidRPr="003C17C5">
        <w:rPr>
          <w:rFonts w:cs="Times New Roman"/>
        </w:rPr>
        <w:t>Rafael</w:t>
      </w:r>
      <w:r w:rsidR="00074BAB" w:rsidRPr="003C17C5">
        <w:rPr>
          <w:rFonts w:cs="Times New Roman"/>
        </w:rPr>
        <w:t>y</w:t>
      </w:r>
      <w:proofErr w:type="spellEnd"/>
      <w:r w:rsidR="00074BAB" w:rsidRPr="003C17C5">
        <w:rPr>
          <w:rFonts w:cs="Times New Roman"/>
        </w:rPr>
        <w:t xml:space="preserve"> Cristina Chagas Guilherme</w:t>
      </w:r>
      <w:r w:rsidR="00E55B03" w:rsidRPr="00FB0286">
        <w:rPr>
          <w:rFonts w:cs="Times New Roman"/>
          <w:b/>
          <w:bCs/>
        </w:rPr>
        <w:t xml:space="preserve"> </w:t>
      </w:r>
      <w:r w:rsidRPr="00FB0286">
        <w:rPr>
          <w:rFonts w:cs="Times New Roman"/>
        </w:rPr>
        <w:t>licença-maternidade pelo prazo de 1</w:t>
      </w:r>
      <w:r w:rsidR="00E55B03" w:rsidRPr="00FB0286">
        <w:rPr>
          <w:rFonts w:cs="Times New Roman"/>
        </w:rPr>
        <w:t>8</w:t>
      </w:r>
      <w:r w:rsidRPr="00FB0286">
        <w:rPr>
          <w:rFonts w:cs="Times New Roman"/>
        </w:rPr>
        <w:t xml:space="preserve">0 (cento e </w:t>
      </w:r>
      <w:r w:rsidR="00E55B03" w:rsidRPr="00FB0286">
        <w:rPr>
          <w:rFonts w:cs="Times New Roman"/>
        </w:rPr>
        <w:t>oitenta</w:t>
      </w:r>
      <w:r w:rsidRPr="00FB0286">
        <w:rPr>
          <w:rFonts w:cs="Times New Roman"/>
        </w:rPr>
        <w:t>) dias, a contar d</w:t>
      </w:r>
      <w:r w:rsidR="00891C41" w:rsidRPr="00FB0286">
        <w:rPr>
          <w:rFonts w:cs="Times New Roman"/>
        </w:rPr>
        <w:t>o dia</w:t>
      </w:r>
      <w:r w:rsidR="00E55B03" w:rsidRPr="00FB0286">
        <w:rPr>
          <w:rFonts w:cs="Times New Roman"/>
        </w:rPr>
        <w:t xml:space="preserve"> </w:t>
      </w:r>
      <w:r w:rsidR="00243C91">
        <w:rPr>
          <w:rFonts w:cs="Times New Roman"/>
        </w:rPr>
        <w:t>22</w:t>
      </w:r>
      <w:r w:rsidR="00E62126" w:rsidRPr="00FB0286">
        <w:rPr>
          <w:rFonts w:cs="Times New Roman"/>
        </w:rPr>
        <w:t xml:space="preserve"> de </w:t>
      </w:r>
      <w:r w:rsidR="00243C91">
        <w:rPr>
          <w:rFonts w:cs="Times New Roman"/>
        </w:rPr>
        <w:t>fevereiro</w:t>
      </w:r>
      <w:r w:rsidR="00E62126" w:rsidRPr="00FB0286">
        <w:rPr>
          <w:rFonts w:cs="Times New Roman"/>
        </w:rPr>
        <w:t xml:space="preserve"> de 202</w:t>
      </w:r>
      <w:r w:rsidR="00243C91">
        <w:rPr>
          <w:rFonts w:cs="Times New Roman"/>
        </w:rPr>
        <w:t>6</w:t>
      </w:r>
      <w:r w:rsidRPr="00FB0286">
        <w:rPr>
          <w:rFonts w:cs="Times New Roman"/>
        </w:rPr>
        <w:t xml:space="preserve">, nos termos do </w:t>
      </w:r>
      <w:r w:rsidR="00E62126" w:rsidRPr="00FB0286">
        <w:rPr>
          <w:rFonts w:cs="Times New Roman"/>
        </w:rPr>
        <w:t>A</w:t>
      </w:r>
      <w:r w:rsidRPr="00FB0286">
        <w:rPr>
          <w:rFonts w:cs="Times New Roman"/>
        </w:rPr>
        <w:t>rtigo 40, inciso III, da Lei Orgânica do Município.</w:t>
      </w:r>
    </w:p>
    <w:p w14:paraId="266C6C23" w14:textId="0BA70104" w:rsidR="002D1DC9" w:rsidRPr="00FB0286" w:rsidRDefault="002D1DC9" w:rsidP="002D1DC9">
      <w:pPr>
        <w:spacing w:after="0"/>
        <w:ind w:firstLine="1134"/>
        <w:rPr>
          <w:rFonts w:cs="Times New Roman"/>
        </w:rPr>
      </w:pPr>
      <w:r w:rsidRPr="00FB0286">
        <w:rPr>
          <w:rFonts w:cs="Times New Roman"/>
          <w:b/>
          <w:bCs/>
        </w:rPr>
        <w:t xml:space="preserve">Art. </w:t>
      </w:r>
      <w:r w:rsidR="00FF7710" w:rsidRPr="00FB0286">
        <w:rPr>
          <w:rFonts w:cs="Times New Roman"/>
          <w:b/>
          <w:bCs/>
        </w:rPr>
        <w:t>2</w:t>
      </w:r>
      <w:r w:rsidRPr="00FB0286">
        <w:rPr>
          <w:rFonts w:cs="Times New Roman"/>
          <w:b/>
          <w:bCs/>
        </w:rPr>
        <w:t>º</w:t>
      </w:r>
      <w:r w:rsidRPr="00FB0286">
        <w:rPr>
          <w:rFonts w:cs="Times New Roman"/>
        </w:rPr>
        <w:t xml:space="preserve"> Esta Portaria entra em vigor na data de sua publicação, com efeitos retroativos a </w:t>
      </w:r>
      <w:r w:rsidR="00243C91">
        <w:rPr>
          <w:rFonts w:cs="Times New Roman"/>
        </w:rPr>
        <w:t>22</w:t>
      </w:r>
      <w:r w:rsidR="00FF7710" w:rsidRPr="00FB0286">
        <w:rPr>
          <w:rFonts w:cs="Times New Roman"/>
        </w:rPr>
        <w:t xml:space="preserve"> de </w:t>
      </w:r>
      <w:r w:rsidR="00243C91">
        <w:rPr>
          <w:rFonts w:cs="Times New Roman"/>
        </w:rPr>
        <w:t>fevereiro</w:t>
      </w:r>
      <w:r w:rsidR="00FF7710" w:rsidRPr="00FB0286">
        <w:rPr>
          <w:rFonts w:cs="Times New Roman"/>
        </w:rPr>
        <w:t xml:space="preserve"> de 202</w:t>
      </w:r>
      <w:r w:rsidR="00243C91">
        <w:rPr>
          <w:rFonts w:cs="Times New Roman"/>
        </w:rPr>
        <w:t>6</w:t>
      </w:r>
      <w:r w:rsidR="00FF7710" w:rsidRPr="00FB0286">
        <w:rPr>
          <w:rFonts w:cs="Times New Roman"/>
        </w:rPr>
        <w:t>.</w:t>
      </w:r>
    </w:p>
    <w:p w14:paraId="3EF6BEBC" w14:textId="77777777" w:rsidR="00DC279E" w:rsidRPr="00FB0286" w:rsidRDefault="00DC279E" w:rsidP="00DC279E">
      <w:pPr>
        <w:spacing w:after="0"/>
        <w:rPr>
          <w:rFonts w:cs="Times New Roman"/>
        </w:rPr>
      </w:pPr>
    </w:p>
    <w:p w14:paraId="1B00143B" w14:textId="77777777" w:rsidR="00DC279E" w:rsidRPr="00FB0286" w:rsidRDefault="00DC279E" w:rsidP="00DC279E">
      <w:pPr>
        <w:spacing w:after="0"/>
        <w:ind w:firstLine="1134"/>
        <w:rPr>
          <w:rFonts w:cs="Times New Roman"/>
        </w:rPr>
      </w:pPr>
      <w:r w:rsidRPr="00FB0286">
        <w:rPr>
          <w:rFonts w:cs="Times New Roman"/>
        </w:rPr>
        <w:t>Registre-se, publique-se e cumpra-se.</w:t>
      </w:r>
    </w:p>
    <w:p w14:paraId="6D14DE6B" w14:textId="77777777" w:rsidR="00DC279E" w:rsidRPr="00FB0286" w:rsidRDefault="00DC279E" w:rsidP="00DC279E">
      <w:pPr>
        <w:spacing w:after="0"/>
        <w:rPr>
          <w:rFonts w:cs="Times New Roman"/>
        </w:rPr>
      </w:pPr>
    </w:p>
    <w:p w14:paraId="7DD0F347" w14:textId="031500E7" w:rsidR="00DC279E" w:rsidRPr="00FB0286" w:rsidRDefault="00DC279E" w:rsidP="00A52823">
      <w:pPr>
        <w:spacing w:after="0"/>
        <w:jc w:val="center"/>
        <w:rPr>
          <w:rFonts w:cs="Times New Roman"/>
        </w:rPr>
      </w:pPr>
      <w:r w:rsidRPr="00FB0286">
        <w:rPr>
          <w:rFonts w:cs="Times New Roman"/>
        </w:rPr>
        <w:t xml:space="preserve">Gabinete da Presidência da Câmara Municipal, aos </w:t>
      </w:r>
      <w:r w:rsidR="003C17C5">
        <w:rPr>
          <w:rFonts w:cs="Times New Roman"/>
        </w:rPr>
        <w:t>10</w:t>
      </w:r>
      <w:r w:rsidRPr="00FB0286">
        <w:rPr>
          <w:rFonts w:cs="Times New Roman"/>
        </w:rPr>
        <w:t xml:space="preserve"> dias do mês de </w:t>
      </w:r>
      <w:r w:rsidR="007B3DBE">
        <w:rPr>
          <w:rFonts w:cs="Times New Roman"/>
        </w:rPr>
        <w:t>março</w:t>
      </w:r>
      <w:r w:rsidRPr="00FB0286">
        <w:rPr>
          <w:rFonts w:cs="Times New Roman"/>
        </w:rPr>
        <w:t xml:space="preserve"> de 202</w:t>
      </w:r>
      <w:r w:rsidR="007B3DBE">
        <w:rPr>
          <w:rFonts w:cs="Times New Roman"/>
        </w:rPr>
        <w:t>6</w:t>
      </w:r>
      <w:r w:rsidRPr="00FB0286">
        <w:rPr>
          <w:rFonts w:cs="Times New Roman"/>
        </w:rPr>
        <w:t>.</w:t>
      </w:r>
    </w:p>
    <w:p w14:paraId="0D6C9538" w14:textId="77777777" w:rsidR="00D400C5" w:rsidRPr="00FB0286" w:rsidRDefault="00D400C5" w:rsidP="00DC279E">
      <w:pPr>
        <w:spacing w:after="0"/>
        <w:jc w:val="center"/>
        <w:rPr>
          <w:rFonts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DC279E" w:rsidRPr="00FB0286" w14:paraId="18DCAFF0" w14:textId="77777777" w:rsidTr="00DC279E">
        <w:tc>
          <w:tcPr>
            <w:tcW w:w="4697" w:type="dxa"/>
          </w:tcPr>
          <w:p w14:paraId="4E5E1DA9" w14:textId="77777777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MILTON TICACA</w:t>
            </w:r>
          </w:p>
          <w:p w14:paraId="7FB0C342" w14:textId="6804DD84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Presidente</w:t>
            </w:r>
          </w:p>
        </w:tc>
        <w:tc>
          <w:tcPr>
            <w:tcW w:w="4698" w:type="dxa"/>
          </w:tcPr>
          <w:p w14:paraId="791083ED" w14:textId="77777777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LUCAS DENDEVITZ</w:t>
            </w:r>
          </w:p>
          <w:p w14:paraId="3B3FC7B1" w14:textId="1839D76D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Vice-presidente</w:t>
            </w:r>
          </w:p>
        </w:tc>
      </w:tr>
      <w:tr w:rsidR="00DC279E" w:rsidRPr="00FB0286" w14:paraId="49F0C048" w14:textId="77777777" w:rsidTr="00DC279E">
        <w:tc>
          <w:tcPr>
            <w:tcW w:w="4697" w:type="dxa"/>
          </w:tcPr>
          <w:p w14:paraId="5814872D" w14:textId="77777777" w:rsidR="00DC279E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0CECE1AF" w14:textId="77777777" w:rsidR="00272914" w:rsidRPr="00FB0286" w:rsidRDefault="00272914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40BF170D" w14:textId="14BE000C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CLEITON MINEIRO</w:t>
            </w:r>
          </w:p>
          <w:p w14:paraId="65564D79" w14:textId="217780E9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26DC4200" w14:textId="77777777" w:rsidR="00272914" w:rsidRDefault="00272914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20B5E033" w14:textId="77777777" w:rsidR="00272914" w:rsidRPr="00FB0286" w:rsidRDefault="00272914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0F7B4209" w14:textId="3B0B9EA7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BENEDICTO MARTINS</w:t>
            </w:r>
          </w:p>
          <w:p w14:paraId="3AE6F924" w14:textId="48C2869D" w:rsidR="00DC279E" w:rsidRPr="00FB0286" w:rsidRDefault="00DC279E" w:rsidP="00DC279E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FB0286">
              <w:rPr>
                <w:rFonts w:cs="Times New Roman"/>
                <w:b/>
                <w:bCs/>
              </w:rPr>
              <w:t>Segundo-secretário</w:t>
            </w:r>
          </w:p>
        </w:tc>
      </w:tr>
    </w:tbl>
    <w:p w14:paraId="33FC6C33" w14:textId="77777777" w:rsidR="00D400C5" w:rsidRPr="00FB0286" w:rsidRDefault="00D400C5" w:rsidP="00A52823">
      <w:pPr>
        <w:spacing w:after="0"/>
        <w:rPr>
          <w:rFonts w:cs="Times New Roman"/>
        </w:rPr>
      </w:pPr>
    </w:p>
    <w:p w14:paraId="50BABC92" w14:textId="3DCC92DA" w:rsidR="00DC279E" w:rsidRPr="00FB0286" w:rsidRDefault="00DC279E" w:rsidP="00DC279E">
      <w:pPr>
        <w:spacing w:after="0" w:line="240" w:lineRule="auto"/>
        <w:rPr>
          <w:rFonts w:cs="Times New Roman"/>
        </w:rPr>
      </w:pPr>
      <w:r w:rsidRPr="00FB0286">
        <w:rPr>
          <w:rFonts w:cs="Times New Roman"/>
        </w:rPr>
        <w:t>REGISTRADO E PUBLICADO NA SEÇÃO DE SERVIÇOS ADMINISTRATIVOS DA CÂMARA MUNICIPAL DE PARIQUERA-AÇU/SP, NA PRESENTE DATA E ENCAMINHADO PARA PUBLICAÇÃO NO DIÁRIO OFICIAL DO MUNICÍPIO.</w:t>
      </w:r>
    </w:p>
    <w:sectPr w:rsidR="00DC279E" w:rsidRPr="00FB0286" w:rsidSect="00147436">
      <w:headerReference w:type="default" r:id="rId8"/>
      <w:footerReference w:type="default" r:id="rId9"/>
      <w:pgSz w:w="12240" w:h="15840"/>
      <w:pgMar w:top="1701" w:right="1134" w:bottom="1134" w:left="1701" w:header="170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56F5C" w14:textId="77777777" w:rsidR="007B1A33" w:rsidRDefault="007B1A33" w:rsidP="00357847">
      <w:pPr>
        <w:spacing w:after="0" w:line="240" w:lineRule="auto"/>
      </w:pPr>
      <w:r>
        <w:separator/>
      </w:r>
    </w:p>
  </w:endnote>
  <w:endnote w:type="continuationSeparator" w:id="0">
    <w:p w14:paraId="5137E7FF" w14:textId="77777777" w:rsidR="007B1A33" w:rsidRDefault="007B1A33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40410" w14:textId="77777777" w:rsidR="007B1A33" w:rsidRDefault="007B1A33" w:rsidP="00357847">
      <w:pPr>
        <w:spacing w:after="0" w:line="240" w:lineRule="auto"/>
      </w:pPr>
      <w:r>
        <w:separator/>
      </w:r>
    </w:p>
  </w:footnote>
  <w:footnote w:type="continuationSeparator" w:id="0">
    <w:p w14:paraId="1715CDB3" w14:textId="77777777" w:rsidR="007B1A33" w:rsidRDefault="007B1A33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4968229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Pr="00DC279E" w:rsidRDefault="00357847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328"/>
    <w:rsid w:val="00034616"/>
    <w:rsid w:val="0006063C"/>
    <w:rsid w:val="00074BAB"/>
    <w:rsid w:val="000750D3"/>
    <w:rsid w:val="000775DA"/>
    <w:rsid w:val="000E4774"/>
    <w:rsid w:val="000F3B76"/>
    <w:rsid w:val="000F3BBC"/>
    <w:rsid w:val="00130DA2"/>
    <w:rsid w:val="00147436"/>
    <w:rsid w:val="0015074B"/>
    <w:rsid w:val="001773E1"/>
    <w:rsid w:val="001C05CF"/>
    <w:rsid w:val="002201CA"/>
    <w:rsid w:val="002414F3"/>
    <w:rsid w:val="00243C91"/>
    <w:rsid w:val="00260B55"/>
    <w:rsid w:val="00270087"/>
    <w:rsid w:val="00272914"/>
    <w:rsid w:val="0029639D"/>
    <w:rsid w:val="002B47DE"/>
    <w:rsid w:val="002B77D7"/>
    <w:rsid w:val="002D1DC9"/>
    <w:rsid w:val="00313B2B"/>
    <w:rsid w:val="00321630"/>
    <w:rsid w:val="00326F90"/>
    <w:rsid w:val="003560A5"/>
    <w:rsid w:val="00357847"/>
    <w:rsid w:val="003B069B"/>
    <w:rsid w:val="003C17C5"/>
    <w:rsid w:val="003E26F2"/>
    <w:rsid w:val="003F63E6"/>
    <w:rsid w:val="00485ACB"/>
    <w:rsid w:val="004A6638"/>
    <w:rsid w:val="004F010D"/>
    <w:rsid w:val="005955AC"/>
    <w:rsid w:val="005A3BF3"/>
    <w:rsid w:val="005C15E8"/>
    <w:rsid w:val="005C2BFF"/>
    <w:rsid w:val="00600220"/>
    <w:rsid w:val="0066043D"/>
    <w:rsid w:val="00672B96"/>
    <w:rsid w:val="006F06E4"/>
    <w:rsid w:val="00716084"/>
    <w:rsid w:val="00722ACC"/>
    <w:rsid w:val="00744A88"/>
    <w:rsid w:val="007674E4"/>
    <w:rsid w:val="007B1A33"/>
    <w:rsid w:val="007B3DBE"/>
    <w:rsid w:val="007D0497"/>
    <w:rsid w:val="007D6946"/>
    <w:rsid w:val="00873A49"/>
    <w:rsid w:val="00891C41"/>
    <w:rsid w:val="008E3728"/>
    <w:rsid w:val="00916F3A"/>
    <w:rsid w:val="00920E59"/>
    <w:rsid w:val="009B1811"/>
    <w:rsid w:val="009C4AE8"/>
    <w:rsid w:val="009D47EE"/>
    <w:rsid w:val="009F59BB"/>
    <w:rsid w:val="00A07C1D"/>
    <w:rsid w:val="00A52823"/>
    <w:rsid w:val="00AA1D8D"/>
    <w:rsid w:val="00AB094C"/>
    <w:rsid w:val="00AD38B0"/>
    <w:rsid w:val="00B01F63"/>
    <w:rsid w:val="00B0297C"/>
    <w:rsid w:val="00B47730"/>
    <w:rsid w:val="00B51145"/>
    <w:rsid w:val="00BC5CD5"/>
    <w:rsid w:val="00BD0BC6"/>
    <w:rsid w:val="00C1774E"/>
    <w:rsid w:val="00C31CA4"/>
    <w:rsid w:val="00C829C8"/>
    <w:rsid w:val="00CB0664"/>
    <w:rsid w:val="00D400C5"/>
    <w:rsid w:val="00D42A74"/>
    <w:rsid w:val="00D4385B"/>
    <w:rsid w:val="00D54423"/>
    <w:rsid w:val="00DB2C3A"/>
    <w:rsid w:val="00DC279E"/>
    <w:rsid w:val="00DC2C44"/>
    <w:rsid w:val="00DC2D63"/>
    <w:rsid w:val="00E15756"/>
    <w:rsid w:val="00E55B03"/>
    <w:rsid w:val="00E62126"/>
    <w:rsid w:val="00E84A6E"/>
    <w:rsid w:val="00E85C8D"/>
    <w:rsid w:val="00EC734F"/>
    <w:rsid w:val="00EF60DC"/>
    <w:rsid w:val="00F30171"/>
    <w:rsid w:val="00F355E7"/>
    <w:rsid w:val="00F44134"/>
    <w:rsid w:val="00F70014"/>
    <w:rsid w:val="00FB0286"/>
    <w:rsid w:val="00FB72BE"/>
    <w:rsid w:val="00FC693F"/>
    <w:rsid w:val="00FF71F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30DA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30DA2"/>
    <w:rPr>
      <w:rFonts w:ascii="Times New Roman" w:hAnsi="Times New Roman"/>
      <w:sz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2D1DC9"/>
    <w:rPr>
      <w:rFonts w:cs="Times New Roman"/>
      <w:szCs w:val="24"/>
    </w:rPr>
  </w:style>
  <w:style w:type="character" w:styleId="Hyperlink">
    <w:name w:val="Hyperlink"/>
    <w:basedOn w:val="Fontepargpadro"/>
    <w:uiPriority w:val="99"/>
    <w:unhideWhenUsed/>
    <w:rsid w:val="003F63E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6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3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205</Words>
  <Characters>1203</Characters>
  <Application>Microsoft Office Word</Application>
  <DocSecurity>0</DocSecurity>
  <Lines>43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24</cp:revision>
  <cp:lastPrinted>2025-05-27T17:58:00Z</cp:lastPrinted>
  <dcterms:created xsi:type="dcterms:W3CDTF">2025-05-27T14:48:00Z</dcterms:created>
  <dcterms:modified xsi:type="dcterms:W3CDTF">2026-03-10T16:59:00Z</dcterms:modified>
  <cp:category/>
</cp:coreProperties>
</file>